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משוב עמיתים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סוגי כרטיסי המשוב: מה היה טוב, מה אפשר לשפר, שאלה למחשבה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בניסוח משוב מכבד לפי כלל הזהב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מתן ומכירת דוגמאות ממשוב על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לדבר על מה ששמענו וראינו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היה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להציע דרכים לשיפור בעדינות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מה היית עונה אם…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כלל הזהב מדברים על מה ששמענו וראינו, לא על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כרטיס שמתייחס לשפת הגוף כחלק מהדברים הטובים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הכרטיס מציע דרכים קונקרטיות לשיפור, לא רק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השאלות מעודדות חשיבה נוספת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כלל הזהב ממליץ להתמקד במה שנאמר, למשל 'כשסיפרת על...'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שכנעה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תוסיף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ראינו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כרטיס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היה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אפשר לשפר)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(שאלה למחשבה)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היה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(מה אפשר לשפר)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(שאלה למחשבה)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תהליך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שולפים כרטיס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המשפט שעל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על הראיון ששמענו או ראינו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משלימים את המשפט לפי כלל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אומרים את המשוב בקול מכבד וברור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הכי אהבתי בתשובה שלך איך שתיארת את התחביב בהתלהבות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כדאי לנסות להוסיף דוגמה אחת נוספת שתחזק את התשובה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יזהה: מה היה טוב, מה אפשר לשפר, שאלה למחשבה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עדין שמציע שיפור קונקרטי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לדבר על מה ששמענו וראינו, לא על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כרטיסים אמיתיים לתלמידים בזוגות ולתרגל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את כלל הזהב לפני תחילת התרגול כדי למנוע פגיעה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משוב עמיתים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בפעילות זה שולפים כרטיס משוב ועונים עליו בעקבות ראיון תרגול של חבר או חברה לכיתה. חשוב לזכור את כלל הזהב - מדברים על מה ששמענו וראינו, לא על האדם עצמו.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סוגי כרטיסי משוב מופיעים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כלל הזהב של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על האדם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על מה ששמענו וראינו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רק על דברים 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לתת משוב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כרטיס שואל 'מה הדוגמה שנתת שכנעה אותי'?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היה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אפשר לשפר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למחשבה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מטרת כרטיסי 'מה אפשר לשפר'?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לפגוע בחבר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להציע דרכים לשיפור בעדינות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לבקר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להפסיק את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שייך לקטגוריית 'שאלה למחשבה'?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שפת הגוף שלך שידרה…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כדאי לנסות לדבר יותר…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היית עונה אם…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הדוגמה שנתת שכנעה אותי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מכבד הוא משוב שמתמקד באדם ולא בהתנהגות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לפרגן לחבר על שפת הגוף שלו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'מה אפשר לשפר' נועד רק לבקר בלי להציע פתרון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למחשבה יכולה לעזור למראיין לחשוב מחדש על התשובה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הזהב ממליץ להתחיל משפט ב'את/ה תמיד'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הכי אהבתי בתשובה שלך 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הדוגמה שנתת __________ אותי, כי...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לנסות לדבר קצת יותר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לחזק את התשובה אם __________ דוגמה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בפעם הבאה, נסה/י לשים לב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מדברים על מה ששמענו ו__________ - לא על האדם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כרטיס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הכי אהבתי בתשובה שלך את…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היה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כדאי לנסות לדבר קצת יותר…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למחשבה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 היית עונה אם המראיין היה שואל…?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אפשר לשפר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שפת הגוף שלך שידרה…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היה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אפשר לחזק את התשובה אם…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למחשבה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איזו דוגמה נוספת יכולת לתת על…?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אפשר לשפר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תהליך המשוב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המשפט שעל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הראיון ששמענו או ראינו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את המשוב בקול מכבד וברור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שולפים כרטיס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את המשפט לפי כלל הזהב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משוב מהסוג 'מה היה טוב' לחבר שדיבר בבטחון על תחביב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משוב מהסוג 'מה אפשר לשפר' בעדינות ובכבוד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סוגי כרטיסי המשוב?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למשוב מהסוג 'מה אפשר לשפר'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כלל הזהב של המשוב?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משוב עמיתים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