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משוב עמיתים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סוגי כרטיסי המשוב: מה היה טוב, מה אפשר לשפר, שאלה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בניסוח משוב מכבד לפי כלל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ומכירת דוגמאות ממשוב על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על מה ששמענו וראינו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כלל הזהב מדברים על מה ששמענו וראינו, לא על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כרטיס שמתייחס לשפת הגוף כחלק מהדברים הטובים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הכרטיס מציע דרכים קונקרטיות לשיפור, לא רק 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שכנעה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כרטיס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היה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(שאלה למחשבה)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היה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כרטיס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המשפט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על הראיון ששמענו או ראינו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המשפט לפי כלל הזהב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הכי אהבתי בתשובה שלך איך שתיארת את התחביב בהתלהבות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יזהה: מה היה טוב, מה אפשר לשפר, שאלה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עדין שמציע שיפור קונקרטי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על מה ששמענו וראינו, לא על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כרטיסים אמיתיים לתלמידים בזוגות ולתרגל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את כלל הזהב לפני תחילת התרגול כדי למנוע פגיעה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משוב עמיתים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בפעילות זה שולפים כרטיס משוב ועונים עליו בעקבות ראיון תרגול של חבר או חברה לכיתה. חשוב לזכור את כלל הזהב - מדברים על מה ששמענו וראינו, לא על האדם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לאט  ·  שכנעה  ·  תוסיף  ·  זה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סוגי כרטיסי משוב מופיעים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כלל הזהב של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לדבר על האדם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לדבר על מה ששמענו וראינו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רק על דברים רעים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מכבד הוא משוב שמתמקד באדם ולא בהתנהגות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לפרגן לחבר על שפת הגוף שלו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'מה אפשר לשפר' נועד רק לבקר בלי להציע 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הכי אהבתי בתשובה שלך 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הדוגמה שנתת __________ אותי, כי...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כדאי לנסות לדבר קצת יותר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אפשר לחזק את התשובה אם __________ דוגמה נוספת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כרטיס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הכי אהבתי בתשובה שלך את…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אפשר 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כדאי לנסות לדבר קצת יותר…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היה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 היית עונה אם המראיין היה שואל…?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היה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שפת הגוף שלך שידרה…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שאלה למחשבה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תהליך המשוב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המשפט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משלימים את המשפט לפי כלל הזהב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שולפים כרטיס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על הראיון ששמענו או ראינו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משוב מהסוג 'מה היה טוב' לחבר שדיבר בבטחון על תחביב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סוגי כרטיסי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למשוב מהסוג 'מה אפשר לשפר'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משוב עמיתים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